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1B419E" w14:textId="5513E8E4" w:rsidR="00D279BD" w:rsidRPr="008866D6" w:rsidRDefault="00000000" w:rsidP="008866D6">
      <w:pPr>
        <w:pStyle w:val="Tytu"/>
        <w:jc w:val="center"/>
        <w:rPr>
          <w:lang w:val="pl-PL"/>
        </w:rPr>
      </w:pPr>
      <w:r w:rsidRPr="008866D6">
        <w:rPr>
          <w:color w:val="263A73"/>
          <w:lang w:val="pl-PL"/>
        </w:rPr>
        <w:t>Zapytanie ofertowe na szkolenie zamknięte</w:t>
      </w:r>
    </w:p>
    <w:tbl>
      <w:tblPr>
        <w:tblW w:w="0" w:type="auto"/>
        <w:jc w:val="center"/>
        <w:tblLook w:val="04A0" w:firstRow="1" w:lastRow="0" w:firstColumn="1" w:lastColumn="0" w:noHBand="0" w:noVBand="1"/>
      </w:tblPr>
      <w:tblGrid>
        <w:gridCol w:w="10200"/>
      </w:tblGrid>
      <w:tr w:rsidR="00D279BD" w:rsidRPr="008866D6" w14:paraId="4652B1AA" w14:textId="77777777">
        <w:trPr>
          <w:jc w:val="center"/>
        </w:trPr>
        <w:tc>
          <w:tcPr>
            <w:tcW w:w="10200" w:type="dxa"/>
            <w:shd w:val="clear" w:color="auto" w:fill="F3F5FA"/>
            <w:tcMar>
              <w:top w:w="140" w:type="dxa"/>
              <w:left w:w="160" w:type="dxa"/>
              <w:bottom w:w="140" w:type="dxa"/>
              <w:right w:w="160" w:type="dxa"/>
            </w:tcMar>
          </w:tcPr>
          <w:p w14:paraId="7FB10D28" w14:textId="05EA170F" w:rsidR="00D279BD" w:rsidRPr="008866D6" w:rsidRDefault="00000000">
            <w:pPr>
              <w:spacing w:after="0"/>
              <w:rPr>
                <w:lang w:val="pl-PL"/>
              </w:rPr>
            </w:pPr>
            <w:r w:rsidRPr="008866D6">
              <w:rPr>
                <w:lang w:val="pl-PL"/>
              </w:rPr>
              <w:t>Wypełnij pola, które są istotne dla Twojego zapytania. Nie musisz znać gotowego programu szkolenia ani odpowiadać na wszystkie pytania. Im więcej informacji podasz, tym łatwiej będzie przygotować propozycję dopasowaną do potrzeb uczestników.</w:t>
            </w:r>
            <w:r w:rsidR="00F7256B">
              <w:rPr>
                <w:lang w:val="pl-PL"/>
              </w:rPr>
              <w:t xml:space="preserve"> Przygotowanie oferty jest bezpłatne i niezobowiązujące do złożenia zamówienia. Zastrzegamy sobie prawo nie przedstawienia oferty w przypadku niemożliwości podjęcia się realizacji szkolenia.</w:t>
            </w:r>
          </w:p>
        </w:tc>
      </w:tr>
    </w:tbl>
    <w:p w14:paraId="7B691A56" w14:textId="77777777" w:rsidR="00D279BD" w:rsidRPr="008866D6" w:rsidRDefault="00000000">
      <w:pPr>
        <w:pStyle w:val="Nagwek1"/>
        <w:rPr>
          <w:lang w:val="pl-PL"/>
        </w:rPr>
      </w:pPr>
      <w:r w:rsidRPr="008866D6">
        <w:rPr>
          <w:lang w:val="pl-PL"/>
        </w:rPr>
        <w:t>1. Podstawowe informacje o szkoleniu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D279BD" w:rsidRPr="008866D6" w14:paraId="2E64CE5F" w14:textId="77777777" w:rsidTr="008866D6">
        <w:trPr>
          <w:jc w:val="center"/>
        </w:trPr>
        <w:tc>
          <w:tcPr>
            <w:tcW w:w="10200" w:type="dxa"/>
            <w:shd w:val="clear" w:color="auto" w:fill="F3F5FA"/>
            <w:tcMar>
              <w:top w:w="90" w:type="dxa"/>
              <w:left w:w="100" w:type="dxa"/>
              <w:bottom w:w="90" w:type="dxa"/>
              <w:right w:w="100" w:type="dxa"/>
            </w:tcMar>
          </w:tcPr>
          <w:p w14:paraId="0A2451DA" w14:textId="77777777" w:rsidR="00D279BD" w:rsidRPr="008866D6" w:rsidRDefault="00000000">
            <w:pPr>
              <w:rPr>
                <w:lang w:val="pl-PL"/>
              </w:rPr>
            </w:pPr>
            <w:r w:rsidRPr="008866D6">
              <w:rPr>
                <w:b/>
                <w:sz w:val="19"/>
                <w:lang w:val="pl-PL"/>
              </w:rPr>
              <w:t>Temat lub roboczy tytuł szkolenia</w:t>
            </w:r>
          </w:p>
        </w:tc>
      </w:tr>
      <w:tr w:rsidR="00D279BD" w:rsidRPr="008866D6" w14:paraId="009156FD" w14:textId="77777777" w:rsidTr="008866D6">
        <w:trPr>
          <w:jc w:val="center"/>
        </w:trPr>
        <w:tc>
          <w:tcPr>
            <w:tcW w:w="10200" w:type="dxa"/>
            <w:tcMar>
              <w:top w:w="110" w:type="dxa"/>
              <w:left w:w="100" w:type="dxa"/>
              <w:bottom w:w="110" w:type="dxa"/>
              <w:right w:w="100" w:type="dxa"/>
            </w:tcMar>
          </w:tcPr>
          <w:p w14:paraId="6C4DD280" w14:textId="77777777" w:rsidR="00D279BD" w:rsidRPr="008866D6" w:rsidRDefault="00000000">
            <w:pPr>
              <w:rPr>
                <w:lang w:val="pl-PL"/>
              </w:rPr>
            </w:pPr>
            <w:r w:rsidRPr="008866D6">
              <w:rPr>
                <w:i/>
                <w:color w:val="6E6E6E"/>
                <w:sz w:val="17"/>
                <w:lang w:val="pl-PL"/>
              </w:rPr>
              <w:t>Np. zarządzanie zespołem, Excel, sprzedaż B2B, prawo pracy.</w:t>
            </w:r>
            <w:r w:rsidRPr="008866D6">
              <w:rPr>
                <w:lang w:val="pl-PL"/>
              </w:rPr>
              <w:br/>
            </w:r>
          </w:p>
        </w:tc>
      </w:tr>
    </w:tbl>
    <w:p w14:paraId="62C2DD55" w14:textId="77777777" w:rsidR="00D279BD" w:rsidRPr="008866D6" w:rsidRDefault="00D279BD">
      <w:pPr>
        <w:spacing w:after="20"/>
        <w:rPr>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D279BD" w:rsidRPr="008866D6" w14:paraId="0DCEB13B" w14:textId="77777777" w:rsidTr="008866D6">
        <w:trPr>
          <w:jc w:val="center"/>
        </w:trPr>
        <w:tc>
          <w:tcPr>
            <w:tcW w:w="10200" w:type="dxa"/>
            <w:shd w:val="clear" w:color="auto" w:fill="F3F5FA"/>
            <w:tcMar>
              <w:top w:w="90" w:type="dxa"/>
              <w:left w:w="100" w:type="dxa"/>
              <w:bottom w:w="90" w:type="dxa"/>
              <w:right w:w="100" w:type="dxa"/>
            </w:tcMar>
          </w:tcPr>
          <w:p w14:paraId="68B1F346" w14:textId="77777777" w:rsidR="00D279BD" w:rsidRPr="008866D6" w:rsidRDefault="00000000">
            <w:pPr>
              <w:rPr>
                <w:lang w:val="pl-PL"/>
              </w:rPr>
            </w:pPr>
            <w:r w:rsidRPr="008866D6">
              <w:rPr>
                <w:b/>
                <w:sz w:val="19"/>
                <w:lang w:val="pl-PL"/>
              </w:rPr>
              <w:t>Cel szkolenia i najważniejsze potrzeby</w:t>
            </w:r>
          </w:p>
        </w:tc>
      </w:tr>
      <w:tr w:rsidR="00D279BD" w:rsidRPr="008866D6" w14:paraId="21F96864" w14:textId="77777777" w:rsidTr="008866D6">
        <w:trPr>
          <w:jc w:val="center"/>
        </w:trPr>
        <w:tc>
          <w:tcPr>
            <w:tcW w:w="10200" w:type="dxa"/>
            <w:tcMar>
              <w:top w:w="110" w:type="dxa"/>
              <w:left w:w="100" w:type="dxa"/>
              <w:bottom w:w="110" w:type="dxa"/>
              <w:right w:w="100" w:type="dxa"/>
            </w:tcMar>
          </w:tcPr>
          <w:p w14:paraId="4D71CE05" w14:textId="5A71B06C" w:rsidR="00D279BD" w:rsidRPr="008866D6" w:rsidRDefault="00000000">
            <w:pPr>
              <w:rPr>
                <w:lang w:val="pl-PL"/>
              </w:rPr>
            </w:pPr>
            <w:r w:rsidRPr="008866D6">
              <w:rPr>
                <w:i/>
                <w:color w:val="6E6E6E"/>
                <w:sz w:val="17"/>
                <w:lang w:val="pl-PL"/>
              </w:rPr>
              <w:t>Co ma się zmienić po szkoleniu? Jakie problemy lub wyzwania ma ono pomóc rozwiązać?</w:t>
            </w:r>
            <w:r w:rsidRPr="008866D6">
              <w:rPr>
                <w:lang w:val="pl-PL"/>
              </w:rPr>
              <w:br/>
            </w:r>
            <w:r w:rsidRPr="008866D6">
              <w:rPr>
                <w:lang w:val="pl-PL"/>
              </w:rPr>
              <w:br/>
            </w:r>
            <w:r w:rsidRPr="008866D6">
              <w:rPr>
                <w:lang w:val="pl-PL"/>
              </w:rPr>
              <w:br/>
            </w:r>
          </w:p>
        </w:tc>
      </w:tr>
    </w:tbl>
    <w:p w14:paraId="78267E3F" w14:textId="77777777" w:rsidR="00D279BD" w:rsidRPr="008866D6" w:rsidRDefault="00D279BD">
      <w:pPr>
        <w:spacing w:after="20"/>
        <w:rPr>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D279BD" w:rsidRPr="008866D6" w14:paraId="06D54638" w14:textId="77777777" w:rsidTr="008866D6">
        <w:trPr>
          <w:jc w:val="center"/>
        </w:trPr>
        <w:tc>
          <w:tcPr>
            <w:tcW w:w="10200" w:type="dxa"/>
            <w:shd w:val="clear" w:color="auto" w:fill="F3F5FA"/>
            <w:tcMar>
              <w:top w:w="90" w:type="dxa"/>
              <w:left w:w="100" w:type="dxa"/>
              <w:bottom w:w="90" w:type="dxa"/>
              <w:right w:w="100" w:type="dxa"/>
            </w:tcMar>
          </w:tcPr>
          <w:p w14:paraId="77C62062" w14:textId="77777777" w:rsidR="00D279BD" w:rsidRPr="008866D6" w:rsidRDefault="00000000">
            <w:pPr>
              <w:rPr>
                <w:lang w:val="pl-PL"/>
              </w:rPr>
            </w:pPr>
            <w:r w:rsidRPr="008866D6">
              <w:rPr>
                <w:b/>
                <w:sz w:val="19"/>
                <w:lang w:val="pl-PL"/>
              </w:rPr>
              <w:t>Oczekiwane efekty</w:t>
            </w:r>
          </w:p>
        </w:tc>
      </w:tr>
      <w:tr w:rsidR="00D279BD" w:rsidRPr="008866D6" w14:paraId="1CBB397C" w14:textId="77777777" w:rsidTr="008866D6">
        <w:trPr>
          <w:jc w:val="center"/>
        </w:trPr>
        <w:tc>
          <w:tcPr>
            <w:tcW w:w="10200" w:type="dxa"/>
            <w:tcMar>
              <w:top w:w="110" w:type="dxa"/>
              <w:left w:w="100" w:type="dxa"/>
              <w:bottom w:w="110" w:type="dxa"/>
              <w:right w:w="100" w:type="dxa"/>
            </w:tcMar>
          </w:tcPr>
          <w:p w14:paraId="3EF37423" w14:textId="77777777" w:rsidR="00D279BD" w:rsidRPr="008866D6" w:rsidRDefault="00000000">
            <w:pPr>
              <w:rPr>
                <w:lang w:val="pl-PL"/>
              </w:rPr>
            </w:pPr>
            <w:r w:rsidRPr="008866D6">
              <w:rPr>
                <w:i/>
                <w:color w:val="6E6E6E"/>
                <w:sz w:val="17"/>
                <w:lang w:val="pl-PL"/>
              </w:rPr>
              <w:t>Co uczestnicy powinni wiedzieć, rozumieć lub potrafić po zakończeniu szkolenia?</w:t>
            </w:r>
            <w:r w:rsidRPr="008866D6">
              <w:rPr>
                <w:lang w:val="pl-PL"/>
              </w:rPr>
              <w:br/>
            </w:r>
            <w:r w:rsidRPr="008866D6">
              <w:rPr>
                <w:lang w:val="pl-PL"/>
              </w:rPr>
              <w:br/>
            </w:r>
          </w:p>
        </w:tc>
      </w:tr>
    </w:tbl>
    <w:p w14:paraId="6B36F8D9" w14:textId="77777777" w:rsidR="00D279BD" w:rsidRPr="008866D6" w:rsidRDefault="00000000">
      <w:pPr>
        <w:pStyle w:val="Nagwek1"/>
        <w:rPr>
          <w:lang w:val="pl-PL"/>
        </w:rPr>
      </w:pPr>
      <w:r w:rsidRPr="008866D6">
        <w:rPr>
          <w:lang w:val="pl-PL"/>
        </w:rPr>
        <w:t>2. Uczestnicy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D279BD" w:rsidRPr="008866D6" w14:paraId="038B6294" w14:textId="77777777" w:rsidTr="008866D6">
        <w:trPr>
          <w:jc w:val="center"/>
        </w:trPr>
        <w:tc>
          <w:tcPr>
            <w:tcW w:w="10200" w:type="dxa"/>
            <w:shd w:val="clear" w:color="auto" w:fill="F3F5FA"/>
            <w:tcMar>
              <w:top w:w="90" w:type="dxa"/>
              <w:left w:w="100" w:type="dxa"/>
              <w:bottom w:w="90" w:type="dxa"/>
              <w:right w:w="100" w:type="dxa"/>
            </w:tcMar>
          </w:tcPr>
          <w:p w14:paraId="36F58210" w14:textId="77777777" w:rsidR="00D279BD" w:rsidRPr="008866D6" w:rsidRDefault="00000000">
            <w:pPr>
              <w:rPr>
                <w:lang w:val="pl-PL"/>
              </w:rPr>
            </w:pPr>
            <w:r w:rsidRPr="008866D6">
              <w:rPr>
                <w:b/>
                <w:sz w:val="19"/>
                <w:lang w:val="pl-PL"/>
              </w:rPr>
              <w:t>Grupa docelowa / stanowiska uczestników</w:t>
            </w:r>
          </w:p>
        </w:tc>
      </w:tr>
      <w:tr w:rsidR="00D279BD" w:rsidRPr="008866D6" w14:paraId="7108F5AB" w14:textId="77777777" w:rsidTr="008866D6">
        <w:trPr>
          <w:jc w:val="center"/>
        </w:trPr>
        <w:tc>
          <w:tcPr>
            <w:tcW w:w="10200" w:type="dxa"/>
            <w:tcMar>
              <w:top w:w="110" w:type="dxa"/>
              <w:left w:w="100" w:type="dxa"/>
              <w:bottom w:w="110" w:type="dxa"/>
              <w:right w:w="100" w:type="dxa"/>
            </w:tcMar>
          </w:tcPr>
          <w:p w14:paraId="1551752D" w14:textId="77777777" w:rsidR="00D279BD" w:rsidRPr="008866D6" w:rsidRDefault="00000000">
            <w:pPr>
              <w:rPr>
                <w:lang w:val="pl-PL"/>
              </w:rPr>
            </w:pPr>
            <w:r w:rsidRPr="008866D6">
              <w:rPr>
                <w:i/>
                <w:color w:val="6E6E6E"/>
                <w:sz w:val="17"/>
                <w:lang w:val="pl-PL"/>
              </w:rPr>
              <w:t>Np. kierownicy liniowi, handlowcy, księgowi, nowi pracownicy.</w:t>
            </w:r>
            <w:r w:rsidRPr="008866D6">
              <w:rPr>
                <w:lang w:val="pl-PL"/>
              </w:rPr>
              <w:br/>
            </w:r>
          </w:p>
        </w:tc>
      </w:tr>
    </w:tbl>
    <w:p w14:paraId="7FC59568" w14:textId="77777777" w:rsidR="00D279BD" w:rsidRPr="008866D6" w:rsidRDefault="00D279BD">
      <w:pPr>
        <w:spacing w:after="20"/>
        <w:rPr>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D279BD" w:rsidRPr="008866D6" w14:paraId="0E4BB981" w14:textId="77777777" w:rsidTr="008866D6">
        <w:trPr>
          <w:jc w:val="center"/>
        </w:trPr>
        <w:tc>
          <w:tcPr>
            <w:tcW w:w="10200" w:type="dxa"/>
            <w:shd w:val="clear" w:color="auto" w:fill="F3F5FA"/>
            <w:tcMar>
              <w:top w:w="90" w:type="dxa"/>
              <w:left w:w="100" w:type="dxa"/>
              <w:bottom w:w="90" w:type="dxa"/>
              <w:right w:w="100" w:type="dxa"/>
            </w:tcMar>
          </w:tcPr>
          <w:p w14:paraId="5A01B363" w14:textId="77777777" w:rsidR="00D279BD" w:rsidRPr="008866D6" w:rsidRDefault="00000000">
            <w:pPr>
              <w:rPr>
                <w:lang w:val="pl-PL"/>
              </w:rPr>
            </w:pPr>
            <w:r w:rsidRPr="008866D6">
              <w:rPr>
                <w:b/>
                <w:sz w:val="19"/>
                <w:lang w:val="pl-PL"/>
              </w:rPr>
              <w:t>Liczba uczestników</w:t>
            </w:r>
          </w:p>
        </w:tc>
      </w:tr>
      <w:tr w:rsidR="00D279BD" w:rsidRPr="008866D6" w14:paraId="60D60EAE" w14:textId="77777777" w:rsidTr="008866D6">
        <w:trPr>
          <w:jc w:val="center"/>
        </w:trPr>
        <w:tc>
          <w:tcPr>
            <w:tcW w:w="10200" w:type="dxa"/>
            <w:tcMar>
              <w:top w:w="110" w:type="dxa"/>
              <w:left w:w="100" w:type="dxa"/>
              <w:bottom w:w="110" w:type="dxa"/>
              <w:right w:w="100" w:type="dxa"/>
            </w:tcMar>
          </w:tcPr>
          <w:p w14:paraId="0A1849DB" w14:textId="5689FF11" w:rsidR="00D279BD" w:rsidRPr="008866D6" w:rsidRDefault="008866D6" w:rsidP="008866D6">
            <w:pPr>
              <w:tabs>
                <w:tab w:val="left" w:pos="5747"/>
              </w:tabs>
              <w:rPr>
                <w:lang w:val="pl-PL"/>
              </w:rPr>
            </w:pPr>
            <w:r w:rsidRPr="008866D6">
              <w:rPr>
                <w:lang w:val="pl-PL"/>
              </w:rPr>
              <w:tab/>
            </w:r>
          </w:p>
        </w:tc>
      </w:tr>
    </w:tbl>
    <w:p w14:paraId="0EFE04ED" w14:textId="77777777" w:rsidR="00D279BD" w:rsidRPr="008866D6" w:rsidRDefault="00D279BD">
      <w:pPr>
        <w:spacing w:after="20"/>
        <w:rPr>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D279BD" w:rsidRPr="008866D6" w14:paraId="7018E258" w14:textId="77777777" w:rsidTr="008866D6">
        <w:trPr>
          <w:jc w:val="center"/>
        </w:trPr>
        <w:tc>
          <w:tcPr>
            <w:tcW w:w="10200" w:type="dxa"/>
            <w:shd w:val="clear" w:color="auto" w:fill="F3F5FA"/>
            <w:tcMar>
              <w:top w:w="90" w:type="dxa"/>
              <w:left w:w="100" w:type="dxa"/>
              <w:bottom w:w="90" w:type="dxa"/>
              <w:right w:w="100" w:type="dxa"/>
            </w:tcMar>
          </w:tcPr>
          <w:p w14:paraId="420FB829" w14:textId="77777777" w:rsidR="00D279BD" w:rsidRPr="008866D6" w:rsidRDefault="00000000">
            <w:pPr>
              <w:rPr>
                <w:lang w:val="pl-PL"/>
              </w:rPr>
            </w:pPr>
            <w:r w:rsidRPr="008866D6">
              <w:rPr>
                <w:b/>
                <w:sz w:val="19"/>
                <w:lang w:val="pl-PL"/>
              </w:rPr>
              <w:lastRenderedPageBreak/>
              <w:t>Poziom wiedzy lub doświadczenia uczestników</w:t>
            </w:r>
          </w:p>
        </w:tc>
      </w:tr>
      <w:tr w:rsidR="00D279BD" w:rsidRPr="008866D6" w14:paraId="56C40F9C" w14:textId="77777777" w:rsidTr="008866D6">
        <w:trPr>
          <w:jc w:val="center"/>
        </w:trPr>
        <w:tc>
          <w:tcPr>
            <w:tcW w:w="10200" w:type="dxa"/>
            <w:tcMar>
              <w:top w:w="110" w:type="dxa"/>
              <w:left w:w="100" w:type="dxa"/>
              <w:bottom w:w="110" w:type="dxa"/>
              <w:right w:w="100" w:type="dxa"/>
            </w:tcMar>
          </w:tcPr>
          <w:p w14:paraId="05B047ED" w14:textId="77777777" w:rsidR="00D279BD" w:rsidRPr="008866D6" w:rsidRDefault="00000000">
            <w:pPr>
              <w:rPr>
                <w:lang w:val="pl-PL"/>
              </w:rPr>
            </w:pPr>
            <w:r w:rsidRPr="008866D6">
              <w:rPr>
                <w:i/>
                <w:color w:val="6E6E6E"/>
                <w:sz w:val="17"/>
                <w:lang w:val="pl-PL"/>
              </w:rPr>
              <w:t>Np. początkujący, średniozaawansowani, grupa o zróżnicowanym poziomie.</w:t>
            </w:r>
            <w:r w:rsidRPr="008866D6">
              <w:rPr>
                <w:lang w:val="pl-PL"/>
              </w:rPr>
              <w:br/>
            </w:r>
          </w:p>
        </w:tc>
      </w:tr>
    </w:tbl>
    <w:p w14:paraId="6A2A1244" w14:textId="77777777" w:rsidR="00D279BD" w:rsidRPr="008866D6" w:rsidRDefault="00000000">
      <w:pPr>
        <w:pStyle w:val="Nagwek1"/>
        <w:rPr>
          <w:lang w:val="pl-PL"/>
        </w:rPr>
      </w:pPr>
      <w:r w:rsidRPr="008866D6">
        <w:rPr>
          <w:lang w:val="pl-PL"/>
        </w:rPr>
        <w:t>3. Forma i organizacja</w:t>
      </w:r>
    </w:p>
    <w:p w14:paraId="6B0BA3C0" w14:textId="77777777" w:rsidR="00D279BD" w:rsidRPr="008866D6" w:rsidRDefault="00000000">
      <w:pPr>
        <w:rPr>
          <w:lang w:val="pl-PL"/>
        </w:rPr>
      </w:pPr>
      <w:r w:rsidRPr="008866D6">
        <w:rPr>
          <w:b/>
          <w:lang w:val="pl-PL"/>
        </w:rPr>
        <w:t>Preferowana forma szkolenia</w:t>
      </w:r>
    </w:p>
    <w:p w14:paraId="3895EFEA" w14:textId="77777777" w:rsidR="00D279BD" w:rsidRPr="008866D6" w:rsidRDefault="00000000">
      <w:pPr>
        <w:spacing w:after="80"/>
        <w:rPr>
          <w:lang w:val="pl-PL"/>
        </w:rPr>
      </w:pPr>
      <w:r w:rsidRPr="008866D6">
        <w:rPr>
          <w:sz w:val="19"/>
          <w:lang w:val="pl-PL"/>
        </w:rPr>
        <w:t>☐ stacjonarnie    ☐ online    ☐ hybrydowo    ☐ do ustalenia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D279BD" w:rsidRPr="008866D6" w14:paraId="098B335A" w14:textId="77777777" w:rsidTr="008866D6">
        <w:trPr>
          <w:jc w:val="center"/>
        </w:trPr>
        <w:tc>
          <w:tcPr>
            <w:tcW w:w="10200" w:type="dxa"/>
            <w:shd w:val="clear" w:color="auto" w:fill="F3F5FA"/>
            <w:tcMar>
              <w:top w:w="90" w:type="dxa"/>
              <w:left w:w="100" w:type="dxa"/>
              <w:bottom w:w="90" w:type="dxa"/>
              <w:right w:w="100" w:type="dxa"/>
            </w:tcMar>
          </w:tcPr>
          <w:p w14:paraId="6B21C4E3" w14:textId="77777777" w:rsidR="00D279BD" w:rsidRPr="008866D6" w:rsidRDefault="00000000">
            <w:pPr>
              <w:rPr>
                <w:lang w:val="pl-PL"/>
              </w:rPr>
            </w:pPr>
            <w:r w:rsidRPr="008866D6">
              <w:rPr>
                <w:b/>
                <w:sz w:val="19"/>
                <w:lang w:val="pl-PL"/>
              </w:rPr>
              <w:t>Miejsce realizacji szkolenia</w:t>
            </w:r>
          </w:p>
        </w:tc>
      </w:tr>
      <w:tr w:rsidR="00D279BD" w:rsidRPr="008866D6" w14:paraId="2607EBE6" w14:textId="77777777" w:rsidTr="008866D6">
        <w:trPr>
          <w:jc w:val="center"/>
        </w:trPr>
        <w:tc>
          <w:tcPr>
            <w:tcW w:w="10200" w:type="dxa"/>
            <w:tcMar>
              <w:top w:w="110" w:type="dxa"/>
              <w:left w:w="100" w:type="dxa"/>
              <w:bottom w:w="110" w:type="dxa"/>
              <w:right w:w="100" w:type="dxa"/>
            </w:tcMar>
          </w:tcPr>
          <w:p w14:paraId="3C3DB2FA" w14:textId="0D8D9526" w:rsidR="00D279BD" w:rsidRPr="008866D6" w:rsidRDefault="00000000">
            <w:pPr>
              <w:rPr>
                <w:lang w:val="pl-PL"/>
              </w:rPr>
            </w:pPr>
            <w:r w:rsidRPr="008866D6">
              <w:rPr>
                <w:i/>
                <w:color w:val="6E6E6E"/>
                <w:sz w:val="17"/>
                <w:lang w:val="pl-PL"/>
              </w:rPr>
              <w:t>Miasto / siedziba firmy / inne miejsce. W przypadku szkolenia online moż</w:t>
            </w:r>
            <w:r w:rsidR="008866D6" w:rsidRPr="008866D6">
              <w:rPr>
                <w:i/>
                <w:color w:val="6E6E6E"/>
                <w:sz w:val="17"/>
                <w:lang w:val="pl-PL"/>
              </w:rPr>
              <w:t>esz podać preferowaną platformę</w:t>
            </w:r>
            <w:r w:rsidRPr="008866D6">
              <w:rPr>
                <w:i/>
                <w:color w:val="6E6E6E"/>
                <w:sz w:val="17"/>
                <w:lang w:val="pl-PL"/>
              </w:rPr>
              <w:t>.</w:t>
            </w:r>
            <w:r w:rsidRPr="008866D6">
              <w:rPr>
                <w:lang w:val="pl-PL"/>
              </w:rPr>
              <w:br/>
            </w:r>
          </w:p>
        </w:tc>
      </w:tr>
    </w:tbl>
    <w:p w14:paraId="18F1B08C" w14:textId="77777777" w:rsidR="00D279BD" w:rsidRPr="008866D6" w:rsidRDefault="00D279BD">
      <w:pPr>
        <w:spacing w:after="20"/>
        <w:rPr>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D279BD" w:rsidRPr="008866D6" w14:paraId="4BBA70F5" w14:textId="77777777" w:rsidTr="008866D6">
        <w:trPr>
          <w:jc w:val="center"/>
        </w:trPr>
        <w:tc>
          <w:tcPr>
            <w:tcW w:w="10200" w:type="dxa"/>
            <w:shd w:val="clear" w:color="auto" w:fill="F3F5FA"/>
            <w:tcMar>
              <w:top w:w="90" w:type="dxa"/>
              <w:left w:w="100" w:type="dxa"/>
              <w:bottom w:w="90" w:type="dxa"/>
              <w:right w:w="100" w:type="dxa"/>
            </w:tcMar>
          </w:tcPr>
          <w:p w14:paraId="0B0EA41C" w14:textId="77777777" w:rsidR="00D279BD" w:rsidRPr="008866D6" w:rsidRDefault="00000000">
            <w:pPr>
              <w:rPr>
                <w:lang w:val="pl-PL"/>
              </w:rPr>
            </w:pPr>
            <w:r w:rsidRPr="008866D6">
              <w:rPr>
                <w:b/>
                <w:sz w:val="19"/>
                <w:lang w:val="pl-PL"/>
              </w:rPr>
              <w:t>Preferowany termin lub przedział terminów</w:t>
            </w:r>
          </w:p>
        </w:tc>
      </w:tr>
      <w:tr w:rsidR="00D279BD" w:rsidRPr="008866D6" w14:paraId="7FFFA2E4" w14:textId="77777777" w:rsidTr="008866D6">
        <w:trPr>
          <w:jc w:val="center"/>
        </w:trPr>
        <w:tc>
          <w:tcPr>
            <w:tcW w:w="10200" w:type="dxa"/>
            <w:tcMar>
              <w:top w:w="110" w:type="dxa"/>
              <w:left w:w="100" w:type="dxa"/>
              <w:bottom w:w="110" w:type="dxa"/>
              <w:right w:w="100" w:type="dxa"/>
            </w:tcMar>
          </w:tcPr>
          <w:p w14:paraId="4A8C35FA" w14:textId="77777777" w:rsidR="00D279BD" w:rsidRPr="008866D6" w:rsidRDefault="00D279BD">
            <w:pPr>
              <w:rPr>
                <w:lang w:val="pl-PL"/>
              </w:rPr>
            </w:pPr>
          </w:p>
        </w:tc>
      </w:tr>
    </w:tbl>
    <w:p w14:paraId="0D18F453" w14:textId="77777777" w:rsidR="00D279BD" w:rsidRPr="008866D6" w:rsidRDefault="00D279BD">
      <w:pPr>
        <w:spacing w:after="20"/>
        <w:rPr>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D279BD" w:rsidRPr="008866D6" w14:paraId="70D22A89" w14:textId="77777777" w:rsidTr="008866D6">
        <w:trPr>
          <w:jc w:val="center"/>
        </w:trPr>
        <w:tc>
          <w:tcPr>
            <w:tcW w:w="10200" w:type="dxa"/>
            <w:shd w:val="clear" w:color="auto" w:fill="F3F5FA"/>
            <w:tcMar>
              <w:top w:w="90" w:type="dxa"/>
              <w:left w:w="100" w:type="dxa"/>
              <w:bottom w:w="90" w:type="dxa"/>
              <w:right w:w="100" w:type="dxa"/>
            </w:tcMar>
          </w:tcPr>
          <w:p w14:paraId="1161D26C" w14:textId="77777777" w:rsidR="00D279BD" w:rsidRPr="008866D6" w:rsidRDefault="00000000">
            <w:pPr>
              <w:rPr>
                <w:lang w:val="pl-PL"/>
              </w:rPr>
            </w:pPr>
            <w:r w:rsidRPr="008866D6">
              <w:rPr>
                <w:b/>
                <w:sz w:val="19"/>
                <w:lang w:val="pl-PL"/>
              </w:rPr>
              <w:t>Preferowany czas trwania</w:t>
            </w:r>
          </w:p>
        </w:tc>
      </w:tr>
      <w:tr w:rsidR="00D279BD" w:rsidRPr="008866D6" w14:paraId="01AC0706" w14:textId="77777777" w:rsidTr="008866D6">
        <w:trPr>
          <w:jc w:val="center"/>
        </w:trPr>
        <w:tc>
          <w:tcPr>
            <w:tcW w:w="10200" w:type="dxa"/>
            <w:tcMar>
              <w:top w:w="110" w:type="dxa"/>
              <w:left w:w="100" w:type="dxa"/>
              <w:bottom w:w="110" w:type="dxa"/>
              <w:right w:w="100" w:type="dxa"/>
            </w:tcMar>
          </w:tcPr>
          <w:p w14:paraId="49B6B78A" w14:textId="77777777" w:rsidR="00D279BD" w:rsidRPr="008866D6" w:rsidRDefault="00000000">
            <w:pPr>
              <w:rPr>
                <w:lang w:val="pl-PL"/>
              </w:rPr>
            </w:pPr>
            <w:r w:rsidRPr="008866D6">
              <w:rPr>
                <w:i/>
                <w:color w:val="6E6E6E"/>
                <w:sz w:val="17"/>
                <w:lang w:val="pl-PL"/>
              </w:rPr>
              <w:t>Np. 1 dzień, 2 dni, 4 × 3 godziny, do ustalenia.</w:t>
            </w:r>
          </w:p>
        </w:tc>
      </w:tr>
    </w:tbl>
    <w:p w14:paraId="7BB60D79" w14:textId="77777777" w:rsidR="00D279BD" w:rsidRPr="008866D6" w:rsidRDefault="00000000">
      <w:pPr>
        <w:pStyle w:val="Nagwek1"/>
        <w:rPr>
          <w:lang w:val="pl-PL"/>
        </w:rPr>
      </w:pPr>
      <w:r w:rsidRPr="008866D6">
        <w:rPr>
          <w:lang w:val="pl-PL"/>
        </w:rPr>
        <w:t>4. Program i wymagania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D279BD" w:rsidRPr="008866D6" w14:paraId="4FF4D148" w14:textId="77777777" w:rsidTr="008866D6">
        <w:trPr>
          <w:jc w:val="center"/>
        </w:trPr>
        <w:tc>
          <w:tcPr>
            <w:tcW w:w="10200" w:type="dxa"/>
            <w:shd w:val="clear" w:color="auto" w:fill="F3F5FA"/>
            <w:tcMar>
              <w:top w:w="90" w:type="dxa"/>
              <w:left w:w="100" w:type="dxa"/>
              <w:bottom w:w="90" w:type="dxa"/>
              <w:right w:w="100" w:type="dxa"/>
            </w:tcMar>
          </w:tcPr>
          <w:p w14:paraId="122FD46B" w14:textId="77777777" w:rsidR="00D279BD" w:rsidRPr="008866D6" w:rsidRDefault="00000000">
            <w:pPr>
              <w:rPr>
                <w:lang w:val="pl-PL"/>
              </w:rPr>
            </w:pPr>
            <w:r w:rsidRPr="008866D6">
              <w:rPr>
                <w:b/>
                <w:sz w:val="19"/>
                <w:lang w:val="pl-PL"/>
              </w:rPr>
              <w:t>Najważniejsze zagadnienia, które powinny znaleźć się w programie</w:t>
            </w:r>
          </w:p>
        </w:tc>
      </w:tr>
      <w:tr w:rsidR="00D279BD" w:rsidRPr="008866D6" w14:paraId="6891C30A" w14:textId="77777777" w:rsidTr="008866D6">
        <w:trPr>
          <w:jc w:val="center"/>
        </w:trPr>
        <w:tc>
          <w:tcPr>
            <w:tcW w:w="10200" w:type="dxa"/>
            <w:tcMar>
              <w:top w:w="110" w:type="dxa"/>
              <w:left w:w="100" w:type="dxa"/>
              <w:bottom w:w="110" w:type="dxa"/>
              <w:right w:w="100" w:type="dxa"/>
            </w:tcMar>
          </w:tcPr>
          <w:p w14:paraId="7E0D8AC6" w14:textId="77777777" w:rsidR="00D279BD" w:rsidRPr="008866D6" w:rsidRDefault="00000000">
            <w:pPr>
              <w:rPr>
                <w:lang w:val="pl-PL"/>
              </w:rPr>
            </w:pPr>
            <w:r w:rsidRPr="008866D6">
              <w:rPr>
                <w:i/>
                <w:color w:val="6E6E6E"/>
                <w:sz w:val="17"/>
                <w:lang w:val="pl-PL"/>
              </w:rPr>
              <w:t>Możesz wpisać listę tematów lub pozostawić opracowanie programu organizatorowi.</w:t>
            </w:r>
            <w:r w:rsidRPr="008866D6">
              <w:rPr>
                <w:lang w:val="pl-PL"/>
              </w:rPr>
              <w:br/>
            </w:r>
            <w:r w:rsidRPr="008866D6">
              <w:rPr>
                <w:lang w:val="pl-PL"/>
              </w:rPr>
              <w:br/>
            </w:r>
            <w:r w:rsidRPr="008866D6">
              <w:rPr>
                <w:lang w:val="pl-PL"/>
              </w:rPr>
              <w:br/>
            </w:r>
          </w:p>
        </w:tc>
      </w:tr>
    </w:tbl>
    <w:p w14:paraId="3AF4533D" w14:textId="77777777" w:rsidR="00D279BD" w:rsidRPr="008866D6" w:rsidRDefault="00D279BD">
      <w:pPr>
        <w:spacing w:after="20"/>
        <w:rPr>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D279BD" w:rsidRPr="008866D6" w14:paraId="4E3EDE25" w14:textId="77777777" w:rsidTr="008866D6">
        <w:trPr>
          <w:jc w:val="center"/>
        </w:trPr>
        <w:tc>
          <w:tcPr>
            <w:tcW w:w="10200" w:type="dxa"/>
            <w:shd w:val="clear" w:color="auto" w:fill="F3F5FA"/>
            <w:tcMar>
              <w:top w:w="90" w:type="dxa"/>
              <w:left w:w="100" w:type="dxa"/>
              <w:bottom w:w="90" w:type="dxa"/>
              <w:right w:w="100" w:type="dxa"/>
            </w:tcMar>
          </w:tcPr>
          <w:p w14:paraId="4A2A279F" w14:textId="77777777" w:rsidR="00D279BD" w:rsidRPr="008866D6" w:rsidRDefault="00000000">
            <w:pPr>
              <w:rPr>
                <w:lang w:val="pl-PL"/>
              </w:rPr>
            </w:pPr>
            <w:r w:rsidRPr="008866D6">
              <w:rPr>
                <w:b/>
                <w:sz w:val="19"/>
                <w:lang w:val="pl-PL"/>
              </w:rPr>
              <w:t>Specyfika firmy, branży lub zespołu istotna dla szkolenia</w:t>
            </w:r>
          </w:p>
        </w:tc>
      </w:tr>
      <w:tr w:rsidR="00D279BD" w:rsidRPr="008866D6" w14:paraId="2856EBB3" w14:textId="77777777" w:rsidTr="008866D6">
        <w:trPr>
          <w:jc w:val="center"/>
        </w:trPr>
        <w:tc>
          <w:tcPr>
            <w:tcW w:w="10200" w:type="dxa"/>
            <w:tcMar>
              <w:top w:w="110" w:type="dxa"/>
              <w:left w:w="100" w:type="dxa"/>
              <w:bottom w:w="110" w:type="dxa"/>
              <w:right w:w="100" w:type="dxa"/>
            </w:tcMar>
          </w:tcPr>
          <w:p w14:paraId="5CDD140C" w14:textId="77777777" w:rsidR="00D279BD" w:rsidRPr="008866D6" w:rsidRDefault="00000000">
            <w:pPr>
              <w:rPr>
                <w:lang w:val="pl-PL"/>
              </w:rPr>
            </w:pPr>
            <w:r w:rsidRPr="008866D6">
              <w:rPr>
                <w:i/>
                <w:color w:val="6E6E6E"/>
                <w:sz w:val="17"/>
                <w:lang w:val="pl-PL"/>
              </w:rPr>
              <w:t>Np. branża regulowana, praca rozproszona, wdrażana zmiana, konkretne procesy lub narzędzia.</w:t>
            </w:r>
            <w:r w:rsidRPr="008866D6">
              <w:rPr>
                <w:lang w:val="pl-PL"/>
              </w:rPr>
              <w:br/>
            </w:r>
            <w:r w:rsidRPr="008866D6">
              <w:rPr>
                <w:lang w:val="pl-PL"/>
              </w:rPr>
              <w:br/>
            </w:r>
          </w:p>
        </w:tc>
      </w:tr>
    </w:tbl>
    <w:p w14:paraId="299CF59D" w14:textId="77777777" w:rsidR="00D279BD" w:rsidRPr="008866D6" w:rsidRDefault="00D279BD">
      <w:pPr>
        <w:spacing w:after="20"/>
        <w:rPr>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D279BD" w:rsidRPr="008866D6" w14:paraId="34D6EAA7" w14:textId="77777777" w:rsidTr="008866D6">
        <w:trPr>
          <w:jc w:val="center"/>
        </w:trPr>
        <w:tc>
          <w:tcPr>
            <w:tcW w:w="10200" w:type="dxa"/>
            <w:shd w:val="clear" w:color="auto" w:fill="F3F5FA"/>
            <w:tcMar>
              <w:top w:w="90" w:type="dxa"/>
              <w:left w:w="100" w:type="dxa"/>
              <w:bottom w:w="90" w:type="dxa"/>
              <w:right w:w="100" w:type="dxa"/>
            </w:tcMar>
          </w:tcPr>
          <w:p w14:paraId="05875BBC" w14:textId="77777777" w:rsidR="00D279BD" w:rsidRPr="008866D6" w:rsidRDefault="00000000">
            <w:pPr>
              <w:rPr>
                <w:lang w:val="pl-PL"/>
              </w:rPr>
            </w:pPr>
            <w:r w:rsidRPr="008866D6">
              <w:rPr>
                <w:b/>
                <w:sz w:val="19"/>
                <w:lang w:val="pl-PL"/>
              </w:rPr>
              <w:lastRenderedPageBreak/>
              <w:t>Oczekiwania wobec trenera</w:t>
            </w:r>
          </w:p>
        </w:tc>
      </w:tr>
      <w:tr w:rsidR="00D279BD" w:rsidRPr="008866D6" w14:paraId="53777459" w14:textId="77777777" w:rsidTr="008866D6">
        <w:trPr>
          <w:jc w:val="center"/>
        </w:trPr>
        <w:tc>
          <w:tcPr>
            <w:tcW w:w="10200" w:type="dxa"/>
            <w:tcMar>
              <w:top w:w="110" w:type="dxa"/>
              <w:left w:w="100" w:type="dxa"/>
              <w:bottom w:w="110" w:type="dxa"/>
              <w:right w:w="100" w:type="dxa"/>
            </w:tcMar>
          </w:tcPr>
          <w:p w14:paraId="33F4DAB7" w14:textId="77777777" w:rsidR="00D279BD" w:rsidRPr="008866D6" w:rsidRDefault="00000000">
            <w:pPr>
              <w:rPr>
                <w:lang w:val="pl-PL"/>
              </w:rPr>
            </w:pPr>
            <w:r w:rsidRPr="008866D6">
              <w:rPr>
                <w:i/>
                <w:color w:val="6E6E6E"/>
                <w:sz w:val="17"/>
                <w:lang w:val="pl-PL"/>
              </w:rPr>
              <w:t>Np. doświadczenie branżowe, praktyka menedżerska, określone certyfikaty. Pole opcjonalne.</w:t>
            </w:r>
            <w:r w:rsidRPr="008866D6">
              <w:rPr>
                <w:lang w:val="pl-PL"/>
              </w:rPr>
              <w:br/>
            </w:r>
          </w:p>
        </w:tc>
      </w:tr>
    </w:tbl>
    <w:p w14:paraId="28B75A51" w14:textId="77777777" w:rsidR="00D279BD" w:rsidRPr="008866D6" w:rsidRDefault="00D279BD">
      <w:pPr>
        <w:spacing w:after="20"/>
        <w:rPr>
          <w:lang w:val="pl-PL"/>
        </w:rPr>
      </w:pPr>
    </w:p>
    <w:p w14:paraId="1D10A30E" w14:textId="77777777" w:rsidR="00D279BD" w:rsidRPr="008866D6" w:rsidRDefault="00000000">
      <w:pPr>
        <w:rPr>
          <w:lang w:val="pl-PL"/>
        </w:rPr>
      </w:pPr>
      <w:r w:rsidRPr="008866D6">
        <w:rPr>
          <w:b/>
          <w:lang w:val="pl-PL"/>
        </w:rPr>
        <w:t>Dodatkowe oczekiwania</w:t>
      </w:r>
    </w:p>
    <w:p w14:paraId="224C0A75" w14:textId="77777777" w:rsidR="00D279BD" w:rsidRPr="008866D6" w:rsidRDefault="00000000">
      <w:pPr>
        <w:spacing w:after="80"/>
        <w:rPr>
          <w:lang w:val="pl-PL"/>
        </w:rPr>
      </w:pPr>
      <w:r w:rsidRPr="008866D6">
        <w:rPr>
          <w:sz w:val="19"/>
          <w:lang w:val="pl-PL"/>
        </w:rPr>
        <w:t>☐ materiały szkoleniowe    ☐ certyfikaty    ☐ test / weryfikacja wiedzy    ☐ konsultacje po szkoleniu    ☐ inne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D279BD" w:rsidRPr="008866D6" w14:paraId="7BE2B6E0" w14:textId="77777777" w:rsidTr="008866D6">
        <w:trPr>
          <w:jc w:val="center"/>
        </w:trPr>
        <w:tc>
          <w:tcPr>
            <w:tcW w:w="10200" w:type="dxa"/>
            <w:shd w:val="clear" w:color="auto" w:fill="F3F5FA"/>
            <w:tcMar>
              <w:top w:w="90" w:type="dxa"/>
              <w:left w:w="100" w:type="dxa"/>
              <w:bottom w:w="90" w:type="dxa"/>
              <w:right w:w="100" w:type="dxa"/>
            </w:tcMar>
          </w:tcPr>
          <w:p w14:paraId="5A39F116" w14:textId="1E920F64" w:rsidR="008866D6" w:rsidRPr="008866D6" w:rsidRDefault="00000000">
            <w:pPr>
              <w:rPr>
                <w:b/>
                <w:sz w:val="19"/>
                <w:lang w:val="pl-PL"/>
              </w:rPr>
            </w:pPr>
            <w:r w:rsidRPr="008866D6">
              <w:rPr>
                <w:b/>
                <w:sz w:val="19"/>
                <w:lang w:val="pl-PL"/>
              </w:rPr>
              <w:t>Inne wymagania lub informacje</w:t>
            </w:r>
          </w:p>
        </w:tc>
      </w:tr>
      <w:tr w:rsidR="00D279BD" w:rsidRPr="008866D6" w14:paraId="519F8D35" w14:textId="77777777" w:rsidTr="008866D6">
        <w:trPr>
          <w:jc w:val="center"/>
        </w:trPr>
        <w:tc>
          <w:tcPr>
            <w:tcW w:w="10200" w:type="dxa"/>
            <w:tcMar>
              <w:top w:w="110" w:type="dxa"/>
              <w:left w:w="100" w:type="dxa"/>
              <w:bottom w:w="110" w:type="dxa"/>
              <w:right w:w="100" w:type="dxa"/>
            </w:tcMar>
          </w:tcPr>
          <w:p w14:paraId="438EA011" w14:textId="77777777" w:rsidR="00D279BD" w:rsidRPr="008866D6" w:rsidRDefault="00000000">
            <w:pPr>
              <w:rPr>
                <w:lang w:val="pl-PL"/>
              </w:rPr>
            </w:pPr>
            <w:r w:rsidRPr="008866D6">
              <w:rPr>
                <w:lang w:val="pl-PL"/>
              </w:rPr>
              <w:br/>
            </w:r>
            <w:r w:rsidRPr="008866D6">
              <w:rPr>
                <w:lang w:val="pl-PL"/>
              </w:rPr>
              <w:br/>
            </w:r>
          </w:p>
        </w:tc>
      </w:tr>
    </w:tbl>
    <w:p w14:paraId="1D696F85" w14:textId="77777777" w:rsidR="00D279BD" w:rsidRPr="008866D6" w:rsidRDefault="00000000">
      <w:pPr>
        <w:pStyle w:val="Nagwek1"/>
        <w:rPr>
          <w:lang w:val="pl-PL"/>
        </w:rPr>
      </w:pPr>
      <w:r w:rsidRPr="008866D6">
        <w:rPr>
          <w:lang w:val="pl-PL"/>
        </w:rPr>
        <w:t>5. Budżet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D279BD" w:rsidRPr="008866D6" w14:paraId="114FF743" w14:textId="77777777" w:rsidTr="008866D6">
        <w:trPr>
          <w:jc w:val="center"/>
        </w:trPr>
        <w:tc>
          <w:tcPr>
            <w:tcW w:w="10200" w:type="dxa"/>
            <w:shd w:val="clear" w:color="auto" w:fill="F3F5FA"/>
            <w:tcMar>
              <w:top w:w="90" w:type="dxa"/>
              <w:left w:w="100" w:type="dxa"/>
              <w:bottom w:w="90" w:type="dxa"/>
              <w:right w:w="100" w:type="dxa"/>
            </w:tcMar>
          </w:tcPr>
          <w:p w14:paraId="70E80D37" w14:textId="77777777" w:rsidR="00D279BD" w:rsidRPr="008866D6" w:rsidRDefault="00000000">
            <w:pPr>
              <w:rPr>
                <w:lang w:val="pl-PL"/>
              </w:rPr>
            </w:pPr>
            <w:r w:rsidRPr="008866D6">
              <w:rPr>
                <w:b/>
                <w:sz w:val="19"/>
                <w:lang w:val="pl-PL"/>
              </w:rPr>
              <w:t>Orientacyjny budżet netto na realizację szkolenia</w:t>
            </w:r>
          </w:p>
        </w:tc>
      </w:tr>
      <w:tr w:rsidR="00D279BD" w:rsidRPr="008866D6" w14:paraId="3C72BDAB" w14:textId="77777777" w:rsidTr="008866D6">
        <w:trPr>
          <w:jc w:val="center"/>
        </w:trPr>
        <w:tc>
          <w:tcPr>
            <w:tcW w:w="10200" w:type="dxa"/>
            <w:tcMar>
              <w:top w:w="110" w:type="dxa"/>
              <w:left w:w="100" w:type="dxa"/>
              <w:bottom w:w="110" w:type="dxa"/>
              <w:right w:w="100" w:type="dxa"/>
            </w:tcMar>
          </w:tcPr>
          <w:p w14:paraId="6F9BF0F5" w14:textId="77777777" w:rsidR="00D279BD" w:rsidRDefault="00000000">
            <w:pPr>
              <w:rPr>
                <w:i/>
                <w:color w:val="6E6E6E"/>
                <w:sz w:val="17"/>
                <w:lang w:val="pl-PL"/>
              </w:rPr>
            </w:pPr>
            <w:r w:rsidRPr="008866D6">
              <w:rPr>
                <w:i/>
                <w:color w:val="6E6E6E"/>
                <w:sz w:val="17"/>
                <w:lang w:val="pl-PL"/>
              </w:rPr>
              <w:t>Pole opcjonalne. Jeśli nie masz ustalonego budżetu, pozostaw puste.</w:t>
            </w:r>
          </w:p>
          <w:p w14:paraId="43CD779E" w14:textId="77777777" w:rsidR="008866D6" w:rsidRPr="008866D6" w:rsidRDefault="008866D6">
            <w:pPr>
              <w:rPr>
                <w:iCs/>
                <w:lang w:val="pl-PL"/>
              </w:rPr>
            </w:pPr>
          </w:p>
        </w:tc>
      </w:tr>
    </w:tbl>
    <w:p w14:paraId="5B11DC70" w14:textId="77777777" w:rsidR="00D279BD" w:rsidRPr="008866D6" w:rsidRDefault="00000000">
      <w:pPr>
        <w:pStyle w:val="Nagwek1"/>
        <w:rPr>
          <w:lang w:val="pl-PL"/>
        </w:rPr>
      </w:pPr>
      <w:r w:rsidRPr="008866D6">
        <w:rPr>
          <w:lang w:val="pl-PL"/>
        </w:rPr>
        <w:t>6. Dane do kontaktu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0"/>
        <w:gridCol w:w="5100"/>
      </w:tblGrid>
      <w:tr w:rsidR="00D279BD" w:rsidRPr="008866D6" w14:paraId="5C56A22F" w14:textId="77777777" w:rsidTr="008866D6">
        <w:trPr>
          <w:jc w:val="center"/>
        </w:trPr>
        <w:tc>
          <w:tcPr>
            <w:tcW w:w="5100" w:type="dxa"/>
            <w:shd w:val="clear" w:color="auto" w:fill="F3F5FA"/>
            <w:tcMar>
              <w:top w:w="90" w:type="dxa"/>
              <w:left w:w="100" w:type="dxa"/>
              <w:bottom w:w="90" w:type="dxa"/>
              <w:right w:w="100" w:type="dxa"/>
            </w:tcMar>
          </w:tcPr>
          <w:p w14:paraId="5742926C" w14:textId="77777777" w:rsidR="00D279BD" w:rsidRPr="008866D6" w:rsidRDefault="00000000">
            <w:pPr>
              <w:rPr>
                <w:lang w:val="pl-PL"/>
              </w:rPr>
            </w:pPr>
            <w:r w:rsidRPr="008866D6">
              <w:rPr>
                <w:b/>
                <w:sz w:val="19"/>
                <w:lang w:val="pl-PL"/>
              </w:rPr>
              <w:t>Imię i nazwisko</w:t>
            </w:r>
          </w:p>
        </w:tc>
        <w:tc>
          <w:tcPr>
            <w:tcW w:w="5100" w:type="dxa"/>
            <w:tcMar>
              <w:top w:w="90" w:type="dxa"/>
              <w:left w:w="100" w:type="dxa"/>
              <w:bottom w:w="90" w:type="dxa"/>
              <w:right w:w="100" w:type="dxa"/>
            </w:tcMar>
          </w:tcPr>
          <w:p w14:paraId="2FF81BFE" w14:textId="77777777" w:rsidR="00D279BD" w:rsidRPr="008866D6" w:rsidRDefault="00D279BD">
            <w:pPr>
              <w:rPr>
                <w:lang w:val="pl-PL"/>
              </w:rPr>
            </w:pPr>
          </w:p>
        </w:tc>
      </w:tr>
      <w:tr w:rsidR="00D279BD" w:rsidRPr="008866D6" w14:paraId="622CA31F" w14:textId="77777777" w:rsidTr="008866D6">
        <w:trPr>
          <w:jc w:val="center"/>
        </w:trPr>
        <w:tc>
          <w:tcPr>
            <w:tcW w:w="5100" w:type="dxa"/>
            <w:shd w:val="clear" w:color="auto" w:fill="F3F5FA"/>
            <w:tcMar>
              <w:top w:w="90" w:type="dxa"/>
              <w:left w:w="100" w:type="dxa"/>
              <w:bottom w:w="90" w:type="dxa"/>
              <w:right w:w="100" w:type="dxa"/>
            </w:tcMar>
          </w:tcPr>
          <w:p w14:paraId="0298C6C9" w14:textId="77777777" w:rsidR="00D279BD" w:rsidRPr="008866D6" w:rsidRDefault="00000000">
            <w:pPr>
              <w:rPr>
                <w:lang w:val="pl-PL"/>
              </w:rPr>
            </w:pPr>
            <w:r w:rsidRPr="008866D6">
              <w:rPr>
                <w:b/>
                <w:sz w:val="19"/>
                <w:lang w:val="pl-PL"/>
              </w:rPr>
              <w:t>Firma / instytucja</w:t>
            </w:r>
          </w:p>
        </w:tc>
        <w:tc>
          <w:tcPr>
            <w:tcW w:w="5100" w:type="dxa"/>
            <w:tcMar>
              <w:top w:w="90" w:type="dxa"/>
              <w:left w:w="100" w:type="dxa"/>
              <w:bottom w:w="90" w:type="dxa"/>
              <w:right w:w="100" w:type="dxa"/>
            </w:tcMar>
          </w:tcPr>
          <w:p w14:paraId="3A0EBB1A" w14:textId="77777777" w:rsidR="00D279BD" w:rsidRPr="008866D6" w:rsidRDefault="00D279BD">
            <w:pPr>
              <w:rPr>
                <w:lang w:val="pl-PL"/>
              </w:rPr>
            </w:pPr>
          </w:p>
        </w:tc>
      </w:tr>
      <w:tr w:rsidR="00D279BD" w:rsidRPr="008866D6" w14:paraId="0E66F940" w14:textId="77777777" w:rsidTr="008866D6">
        <w:trPr>
          <w:jc w:val="center"/>
        </w:trPr>
        <w:tc>
          <w:tcPr>
            <w:tcW w:w="5100" w:type="dxa"/>
            <w:shd w:val="clear" w:color="auto" w:fill="F3F5FA"/>
            <w:tcMar>
              <w:top w:w="90" w:type="dxa"/>
              <w:left w:w="100" w:type="dxa"/>
              <w:bottom w:w="90" w:type="dxa"/>
              <w:right w:w="100" w:type="dxa"/>
            </w:tcMar>
          </w:tcPr>
          <w:p w14:paraId="657AC276" w14:textId="77777777" w:rsidR="00D279BD" w:rsidRPr="008866D6" w:rsidRDefault="00000000">
            <w:pPr>
              <w:rPr>
                <w:lang w:val="pl-PL"/>
              </w:rPr>
            </w:pPr>
            <w:r w:rsidRPr="008866D6">
              <w:rPr>
                <w:b/>
                <w:sz w:val="19"/>
                <w:lang w:val="pl-PL"/>
              </w:rPr>
              <w:t>E-mail</w:t>
            </w:r>
          </w:p>
        </w:tc>
        <w:tc>
          <w:tcPr>
            <w:tcW w:w="5100" w:type="dxa"/>
            <w:tcMar>
              <w:top w:w="90" w:type="dxa"/>
              <w:left w:w="100" w:type="dxa"/>
              <w:bottom w:w="90" w:type="dxa"/>
              <w:right w:w="100" w:type="dxa"/>
            </w:tcMar>
          </w:tcPr>
          <w:p w14:paraId="31831FC8" w14:textId="77777777" w:rsidR="00D279BD" w:rsidRPr="008866D6" w:rsidRDefault="00D279BD">
            <w:pPr>
              <w:rPr>
                <w:lang w:val="pl-PL"/>
              </w:rPr>
            </w:pPr>
          </w:p>
        </w:tc>
      </w:tr>
      <w:tr w:rsidR="00D279BD" w:rsidRPr="008866D6" w14:paraId="7746C2A2" w14:textId="77777777" w:rsidTr="008866D6">
        <w:trPr>
          <w:jc w:val="center"/>
        </w:trPr>
        <w:tc>
          <w:tcPr>
            <w:tcW w:w="5100" w:type="dxa"/>
            <w:shd w:val="clear" w:color="auto" w:fill="F3F5FA"/>
            <w:tcMar>
              <w:top w:w="90" w:type="dxa"/>
              <w:left w:w="100" w:type="dxa"/>
              <w:bottom w:w="90" w:type="dxa"/>
              <w:right w:w="100" w:type="dxa"/>
            </w:tcMar>
          </w:tcPr>
          <w:p w14:paraId="1F74CB91" w14:textId="77777777" w:rsidR="00D279BD" w:rsidRPr="008866D6" w:rsidRDefault="00000000">
            <w:pPr>
              <w:rPr>
                <w:lang w:val="pl-PL"/>
              </w:rPr>
            </w:pPr>
            <w:r w:rsidRPr="008866D6">
              <w:rPr>
                <w:b/>
                <w:sz w:val="19"/>
                <w:lang w:val="pl-PL"/>
              </w:rPr>
              <w:t>Telefon</w:t>
            </w:r>
          </w:p>
        </w:tc>
        <w:tc>
          <w:tcPr>
            <w:tcW w:w="5100" w:type="dxa"/>
            <w:tcMar>
              <w:top w:w="90" w:type="dxa"/>
              <w:left w:w="100" w:type="dxa"/>
              <w:bottom w:w="90" w:type="dxa"/>
              <w:right w:w="100" w:type="dxa"/>
            </w:tcMar>
          </w:tcPr>
          <w:p w14:paraId="5EB23FCF" w14:textId="77777777" w:rsidR="00D279BD" w:rsidRPr="008866D6" w:rsidRDefault="00D279BD">
            <w:pPr>
              <w:rPr>
                <w:lang w:val="pl-PL"/>
              </w:rPr>
            </w:pPr>
          </w:p>
        </w:tc>
      </w:tr>
    </w:tbl>
    <w:p w14:paraId="234D97DA" w14:textId="77777777" w:rsidR="00D279BD" w:rsidRPr="008866D6" w:rsidRDefault="00000000">
      <w:pPr>
        <w:pStyle w:val="Nagwek1"/>
        <w:rPr>
          <w:lang w:val="pl-PL"/>
        </w:rPr>
      </w:pPr>
      <w:r w:rsidRPr="008866D6">
        <w:rPr>
          <w:lang w:val="pl-PL"/>
        </w:rPr>
        <w:t>Jak przesłać zapytanie?</w:t>
      </w:r>
    </w:p>
    <w:p w14:paraId="72C7577D" w14:textId="202BCED3" w:rsidR="00D279BD" w:rsidRPr="008866D6" w:rsidRDefault="00000000">
      <w:pPr>
        <w:rPr>
          <w:lang w:val="pl-PL"/>
        </w:rPr>
      </w:pPr>
      <w:r w:rsidRPr="008866D6">
        <w:rPr>
          <w:lang w:val="pl-PL"/>
        </w:rPr>
        <w:t xml:space="preserve">Po wypełnieniu dokumentu prześlij go do Eventis.pl na adres e-mail: </w:t>
      </w:r>
      <w:hyperlink r:id="rId8" w:history="1">
        <w:r w:rsidR="008866D6" w:rsidRPr="00842443">
          <w:rPr>
            <w:rStyle w:val="Hipercze"/>
            <w:b/>
            <w:lang w:val="pl-PL"/>
          </w:rPr>
          <w:t>bok@eventis.pl</w:t>
        </w:r>
      </w:hyperlink>
      <w:r w:rsidR="008866D6" w:rsidRPr="008866D6">
        <w:rPr>
          <w:bCs/>
          <w:lang w:val="pl-PL"/>
        </w:rPr>
        <w:t xml:space="preserve"> lub załącz na stronie </w:t>
      </w:r>
      <w:hyperlink r:id="rId9" w:history="1">
        <w:r w:rsidR="008866D6" w:rsidRPr="00842443">
          <w:rPr>
            <w:rStyle w:val="Hipercze"/>
            <w:b/>
            <w:lang w:val="pl-PL"/>
          </w:rPr>
          <w:t>https://eventis.pl/kontakt</w:t>
        </w:r>
      </w:hyperlink>
      <w:r w:rsidR="008866D6">
        <w:rPr>
          <w:b/>
          <w:color w:val="263A73"/>
          <w:lang w:val="pl-PL"/>
        </w:rPr>
        <w:t xml:space="preserve"> </w:t>
      </w:r>
    </w:p>
    <w:p w14:paraId="647459AF" w14:textId="08B5C743" w:rsidR="00D279BD" w:rsidRPr="008866D6" w:rsidRDefault="00000000">
      <w:pPr>
        <w:rPr>
          <w:lang w:val="pl-PL"/>
        </w:rPr>
      </w:pPr>
      <w:r w:rsidRPr="008866D6">
        <w:rPr>
          <w:lang w:val="pl-PL"/>
        </w:rPr>
        <w:t>Możesz również dołączyć własny opis potrzeb, istniejący program szkolenia lub inne materiały pomocne w przygotowaniu propozycji.</w:t>
      </w:r>
      <w:r w:rsidR="008866D6">
        <w:rPr>
          <w:lang w:val="pl-PL"/>
        </w:rPr>
        <w:t xml:space="preserve"> Przesyłając formularz zapytania </w:t>
      </w:r>
      <w:hyperlink r:id="rId10" w:history="1">
        <w:r w:rsidR="008866D6" w:rsidRPr="00F7256B">
          <w:rPr>
            <w:rStyle w:val="Hipercze"/>
            <w:lang w:val="pl-PL"/>
          </w:rPr>
          <w:t xml:space="preserve">akceptujesz </w:t>
        </w:r>
        <w:r w:rsidR="00F7256B" w:rsidRPr="00F7256B">
          <w:rPr>
            <w:rStyle w:val="Hipercze"/>
            <w:lang w:val="pl-PL"/>
          </w:rPr>
          <w:t>regulamin oraz politykę prywatności</w:t>
        </w:r>
      </w:hyperlink>
      <w:r w:rsidR="00F7256B">
        <w:rPr>
          <w:lang w:val="pl-PL"/>
        </w:rPr>
        <w:t>.</w:t>
      </w:r>
    </w:p>
    <w:sectPr w:rsidR="00D279BD" w:rsidRPr="008866D6" w:rsidSect="00034616">
      <w:headerReference w:type="default" r:id="rId11"/>
      <w:footerReference w:type="default" r:id="rId12"/>
      <w:pgSz w:w="12240" w:h="15840"/>
      <w:pgMar w:top="964"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E6D028" w14:textId="77777777" w:rsidR="00B41306" w:rsidRDefault="00B41306">
      <w:pPr>
        <w:spacing w:after="0" w:line="240" w:lineRule="auto"/>
      </w:pPr>
      <w:r>
        <w:separator/>
      </w:r>
    </w:p>
  </w:endnote>
  <w:endnote w:type="continuationSeparator" w:id="0">
    <w:p w14:paraId="165CE6BD" w14:textId="77777777" w:rsidR="00B41306" w:rsidRDefault="00B41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04D977" w14:textId="463D911D" w:rsidR="00D279BD" w:rsidRPr="008866D6" w:rsidRDefault="008866D6">
    <w:pPr>
      <w:pStyle w:val="Stopka"/>
      <w:jc w:val="center"/>
      <w:rPr>
        <w:lang w:val="pl-PL"/>
      </w:rPr>
    </w:pPr>
    <w:r w:rsidRPr="008866D6">
      <w:rPr>
        <w:color w:val="646464"/>
        <w:sz w:val="16"/>
        <w:lang w:val="pl-PL"/>
      </w:rPr>
      <w:t>Eventis.pl • Zapytanie</w:t>
    </w:r>
    <w:r w:rsidR="00000000" w:rsidRPr="008866D6">
      <w:rPr>
        <w:color w:val="646464"/>
        <w:sz w:val="16"/>
        <w:lang w:val="pl-PL"/>
      </w:rPr>
      <w:t xml:space="preserve"> ofertowe na szkolenie zamknięte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6F2C89" w14:textId="77777777" w:rsidR="00B41306" w:rsidRDefault="00B41306">
      <w:pPr>
        <w:spacing w:after="0" w:line="240" w:lineRule="auto"/>
      </w:pPr>
      <w:r>
        <w:separator/>
      </w:r>
    </w:p>
  </w:footnote>
  <w:footnote w:type="continuationSeparator" w:id="0">
    <w:p w14:paraId="3F781880" w14:textId="77777777" w:rsidR="00B41306" w:rsidRDefault="00B413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7E1C8C" w14:textId="3457B28B" w:rsidR="00D279BD" w:rsidRPr="008866D6" w:rsidRDefault="008866D6">
    <w:pPr>
      <w:pStyle w:val="Nagwek"/>
      <w:jc w:val="right"/>
      <w:rPr>
        <w:lang w:val="pl-PL"/>
      </w:rPr>
    </w:pPr>
    <w:r w:rsidRPr="008866D6">
      <w:rPr>
        <w:color w:val="5A5A5A"/>
        <w:sz w:val="16"/>
        <w:lang w:val="pl-PL"/>
      </w:rPr>
      <w:t>Eventis.pl |</w:t>
    </w:r>
    <w:r w:rsidR="00000000" w:rsidRPr="008866D6">
      <w:rPr>
        <w:color w:val="5A5A5A"/>
        <w:sz w:val="16"/>
        <w:lang w:val="pl-PL"/>
      </w:rPr>
      <w:t xml:space="preserve"> szkolenia i </w:t>
    </w:r>
    <w:r w:rsidRPr="008866D6">
      <w:rPr>
        <w:color w:val="5A5A5A"/>
        <w:sz w:val="16"/>
        <w:lang w:val="pl-PL"/>
      </w:rPr>
      <w:t>kursy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420881558">
    <w:abstractNumId w:val="8"/>
  </w:num>
  <w:num w:numId="2" w16cid:durableId="1810440422">
    <w:abstractNumId w:val="6"/>
  </w:num>
  <w:num w:numId="3" w16cid:durableId="877545314">
    <w:abstractNumId w:val="5"/>
  </w:num>
  <w:num w:numId="4" w16cid:durableId="135801305">
    <w:abstractNumId w:val="4"/>
  </w:num>
  <w:num w:numId="5" w16cid:durableId="947852950">
    <w:abstractNumId w:val="7"/>
  </w:num>
  <w:num w:numId="6" w16cid:durableId="284851894">
    <w:abstractNumId w:val="3"/>
  </w:num>
  <w:num w:numId="7" w16cid:durableId="1860855672">
    <w:abstractNumId w:val="2"/>
  </w:num>
  <w:num w:numId="8" w16cid:durableId="1896619992">
    <w:abstractNumId w:val="1"/>
  </w:num>
  <w:num w:numId="9" w16cid:durableId="94149097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2070D"/>
    <w:rsid w:val="008866D6"/>
    <w:rsid w:val="00AA1D8D"/>
    <w:rsid w:val="00B41306"/>
    <w:rsid w:val="00B47730"/>
    <w:rsid w:val="00CB0664"/>
    <w:rsid w:val="00D11256"/>
    <w:rsid w:val="00D279BD"/>
    <w:rsid w:val="00F725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A16CE4"/>
  <w14:defaultImageDpi w14:val="300"/>
  <w15:docId w15:val="{EEE2F78B-EDFA-2441-8683-834AC9F8D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hAnsi="Arial"/>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cze">
    <w:name w:val="Hyperlink"/>
    <w:basedOn w:val="Domylnaczcionkaakapitu"/>
    <w:uiPriority w:val="99"/>
    <w:unhideWhenUsed/>
    <w:rsid w:val="008866D6"/>
    <w:rPr>
      <w:color w:val="0000FF" w:themeColor="hyperlink"/>
      <w:u w:val="single"/>
    </w:rPr>
  </w:style>
  <w:style w:type="character" w:styleId="Nierozpoznanawzmianka">
    <w:name w:val="Unresolved Mention"/>
    <w:basedOn w:val="Domylnaczcionkaakapitu"/>
    <w:uiPriority w:val="99"/>
    <w:semiHidden/>
    <w:unhideWhenUsed/>
    <w:rsid w:val="008866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k@eventis.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ventis.pl/regulamin" TargetMode="External"/><Relationship Id="rId4" Type="http://schemas.openxmlformats.org/officeDocument/2006/relationships/settings" Target="settings.xml"/><Relationship Id="rId9" Type="http://schemas.openxmlformats.org/officeDocument/2006/relationships/hyperlink" Target="https://eventis.pl/kontak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335</Words>
  <Characters>2243</Characters>
  <Application>Microsoft Office Word</Application>
  <DocSecurity>0</DocSecurity>
  <Lines>84</Lines>
  <Paragraphs>44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Zapytanie ofertowe na szkolenie zamknięte Eventis.pl</vt:lpstr>
      <vt:lpstr/>
    </vt:vector>
  </TitlesOfParts>
  <Manager/>
  <Company/>
  <LinksUpToDate>false</LinksUpToDate>
  <CharactersWithSpaces>2574</CharactersWithSpaces>
  <SharedDoc>false</SharedDoc>
  <HyperlinkBase>https://eventis.pl/kontakt</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Zapytanie ofertowe na szkolenie zamknięte Eventis.pl</dc:title>
  <dc:subject/>
  <dc:creator>Eventis.pl</dc:creator>
  <cp:keywords/>
  <dc:description>Prześlij zapytanie na stronie https://eventis.pl/kontakt</dc:description>
  <cp:lastModifiedBy>Tomasz Masajło</cp:lastModifiedBy>
  <cp:revision>2</cp:revision>
  <dcterms:created xsi:type="dcterms:W3CDTF">2013-12-23T23:15:00Z</dcterms:created>
  <dcterms:modified xsi:type="dcterms:W3CDTF">2026-09-04T13:09:00Z</dcterms:modified>
  <cp:category/>
</cp:coreProperties>
</file>